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09A4A" w14:textId="1DC4CCAA" w:rsidR="0078238B" w:rsidRDefault="0078238B">
      <w:pPr>
        <w:jc w:val="center"/>
        <w:rPr>
          <w:b/>
          <w:sz w:val="36"/>
        </w:rPr>
      </w:pPr>
      <w:r>
        <w:rPr>
          <w:b/>
          <w:sz w:val="36"/>
        </w:rPr>
        <w:t xml:space="preserve">The Modern </w:t>
      </w:r>
      <w:proofErr w:type="spellStart"/>
      <w:r>
        <w:rPr>
          <w:b/>
          <w:sz w:val="36"/>
        </w:rPr>
        <w:t>Taxila</w:t>
      </w:r>
      <w:proofErr w:type="spellEnd"/>
      <w:r>
        <w:rPr>
          <w:b/>
          <w:sz w:val="36"/>
        </w:rPr>
        <w:t xml:space="preserve"> </w:t>
      </w:r>
    </w:p>
    <w:p w14:paraId="457E5D31" w14:textId="580B2A3F" w:rsidR="00494502" w:rsidRDefault="0013204B">
      <w:pPr>
        <w:jc w:val="center"/>
        <w:rPr>
          <w:rFonts w:hint="eastAsia"/>
        </w:rPr>
      </w:pPr>
      <w:r>
        <w:rPr>
          <w:b/>
          <w:sz w:val="36"/>
        </w:rPr>
        <w:t>FAMOUS BENGALI DRAMAS &amp; THEIR WRITERS</w:t>
      </w:r>
    </w:p>
    <w:p w14:paraId="1BCA0655" w14:textId="77777777" w:rsidR="00494502" w:rsidRDefault="0013204B">
      <w:pPr>
        <w:jc w:val="center"/>
        <w:rPr>
          <w:rFonts w:hint="eastAsia"/>
        </w:rPr>
      </w:pPr>
      <w:r>
        <w:rPr>
          <w:i/>
        </w:rPr>
        <w:t>For WBCS, WBPSC, WB Police, TET, SLST &amp; Other West Bengal Exams</w:t>
      </w:r>
    </w:p>
    <w:p w14:paraId="3061A314" w14:textId="77777777" w:rsidR="00494502" w:rsidRDefault="00494502">
      <w:pPr>
        <w:rPr>
          <w:rFonts w:hint="eastAs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494502" w14:paraId="09323451" w14:textId="77777777">
        <w:trPr>
          <w:jc w:val="center"/>
        </w:trPr>
        <w:tc>
          <w:tcPr>
            <w:tcW w:w="3456" w:type="dxa"/>
          </w:tcPr>
          <w:p w14:paraId="2CB9F296" w14:textId="77777777" w:rsidR="00494502" w:rsidRDefault="0013204B">
            <w:pPr>
              <w:rPr>
                <w:rFonts w:hint="eastAsia"/>
              </w:rPr>
            </w:pPr>
            <w:r>
              <w:t>No.</w:t>
            </w:r>
          </w:p>
        </w:tc>
        <w:tc>
          <w:tcPr>
            <w:tcW w:w="3456" w:type="dxa"/>
          </w:tcPr>
          <w:p w14:paraId="749C206F" w14:textId="77777777" w:rsidR="00494502" w:rsidRDefault="0013204B">
            <w:pPr>
              <w:rPr>
                <w:rFonts w:hint="eastAsia"/>
              </w:rPr>
            </w:pPr>
            <w:r>
              <w:t>Drama / Play</w:t>
            </w:r>
          </w:p>
        </w:tc>
        <w:tc>
          <w:tcPr>
            <w:tcW w:w="3456" w:type="dxa"/>
          </w:tcPr>
          <w:p w14:paraId="24952827" w14:textId="77777777" w:rsidR="00494502" w:rsidRDefault="0013204B">
            <w:pPr>
              <w:rPr>
                <w:rFonts w:hint="eastAsia"/>
              </w:rPr>
            </w:pPr>
            <w:r>
              <w:t>Writer</w:t>
            </w:r>
          </w:p>
        </w:tc>
      </w:tr>
      <w:tr w:rsidR="00494502" w14:paraId="512C8849" w14:textId="77777777">
        <w:trPr>
          <w:jc w:val="center"/>
        </w:trPr>
        <w:tc>
          <w:tcPr>
            <w:tcW w:w="3456" w:type="dxa"/>
            <w:vAlign w:val="center"/>
          </w:tcPr>
          <w:p w14:paraId="660DBA3A" w14:textId="77777777" w:rsidR="00494502" w:rsidRDefault="0013204B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3456" w:type="dxa"/>
            <w:vAlign w:val="center"/>
          </w:tcPr>
          <w:p w14:paraId="37AE22C1" w14:textId="77777777" w:rsidR="00494502" w:rsidRDefault="0013204B">
            <w:pPr>
              <w:rPr>
                <w:rFonts w:hint="eastAsia"/>
              </w:rPr>
            </w:pPr>
            <w:r>
              <w:t>Nil Darpan (</w:t>
            </w:r>
            <w:r>
              <w:t>নীলদর্পণ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2E781E3B" w14:textId="77777777" w:rsidR="00494502" w:rsidRDefault="0013204B">
            <w:pPr>
              <w:rPr>
                <w:rFonts w:hint="eastAsia"/>
              </w:rPr>
            </w:pPr>
            <w:r>
              <w:t>Dinabandhu Mitra</w:t>
            </w:r>
          </w:p>
        </w:tc>
      </w:tr>
      <w:tr w:rsidR="00494502" w14:paraId="44B0B70C" w14:textId="77777777">
        <w:trPr>
          <w:jc w:val="center"/>
        </w:trPr>
        <w:tc>
          <w:tcPr>
            <w:tcW w:w="3456" w:type="dxa"/>
            <w:vAlign w:val="center"/>
          </w:tcPr>
          <w:p w14:paraId="347543F8" w14:textId="77777777" w:rsidR="00494502" w:rsidRDefault="0013204B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3456" w:type="dxa"/>
            <w:vAlign w:val="center"/>
          </w:tcPr>
          <w:p w14:paraId="11BD46B5" w14:textId="77777777" w:rsidR="00494502" w:rsidRDefault="0013204B">
            <w:pPr>
              <w:rPr>
                <w:rFonts w:hint="eastAsia"/>
              </w:rPr>
            </w:pPr>
            <w:r>
              <w:t>Sadhbar Ekadashi (</w:t>
            </w:r>
            <w:r>
              <w:t>সধবার</w:t>
            </w:r>
            <w:r>
              <w:t xml:space="preserve"> </w:t>
            </w:r>
            <w:r>
              <w:t>একাদশী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254E376A" w14:textId="77777777" w:rsidR="00494502" w:rsidRDefault="0013204B">
            <w:pPr>
              <w:rPr>
                <w:rFonts w:hint="eastAsia"/>
              </w:rPr>
            </w:pPr>
            <w:r>
              <w:t>Dinabandhu Mitra</w:t>
            </w:r>
          </w:p>
        </w:tc>
      </w:tr>
      <w:tr w:rsidR="00494502" w14:paraId="237B6FE2" w14:textId="77777777">
        <w:trPr>
          <w:jc w:val="center"/>
        </w:trPr>
        <w:tc>
          <w:tcPr>
            <w:tcW w:w="3456" w:type="dxa"/>
            <w:vAlign w:val="center"/>
          </w:tcPr>
          <w:p w14:paraId="4A6B2385" w14:textId="77777777" w:rsidR="00494502" w:rsidRDefault="0013204B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3456" w:type="dxa"/>
            <w:vAlign w:val="center"/>
          </w:tcPr>
          <w:p w14:paraId="0B3E8F32" w14:textId="77777777" w:rsidR="00494502" w:rsidRDefault="0013204B">
            <w:pPr>
              <w:rPr>
                <w:rFonts w:hint="eastAsia"/>
              </w:rPr>
            </w:pPr>
            <w:r>
              <w:t>Jamai Barik (</w:t>
            </w:r>
            <w:r>
              <w:t>জামাই</w:t>
            </w:r>
            <w:r>
              <w:t xml:space="preserve"> </w:t>
            </w:r>
            <w:r>
              <w:t>বারিক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A081786" w14:textId="77777777" w:rsidR="00494502" w:rsidRDefault="0013204B">
            <w:pPr>
              <w:rPr>
                <w:rFonts w:hint="eastAsia"/>
              </w:rPr>
            </w:pPr>
            <w:r>
              <w:t>Dinabandhu Mitra</w:t>
            </w:r>
          </w:p>
        </w:tc>
      </w:tr>
      <w:tr w:rsidR="00494502" w14:paraId="62AAE468" w14:textId="77777777">
        <w:trPr>
          <w:jc w:val="center"/>
        </w:trPr>
        <w:tc>
          <w:tcPr>
            <w:tcW w:w="3456" w:type="dxa"/>
            <w:vAlign w:val="center"/>
          </w:tcPr>
          <w:p w14:paraId="518002D9" w14:textId="77777777" w:rsidR="00494502" w:rsidRDefault="0013204B">
            <w:pPr>
              <w:rPr>
                <w:rFonts w:hint="eastAsia"/>
              </w:rPr>
            </w:pPr>
            <w:r>
              <w:t>4</w:t>
            </w:r>
          </w:p>
        </w:tc>
        <w:tc>
          <w:tcPr>
            <w:tcW w:w="3456" w:type="dxa"/>
            <w:vAlign w:val="center"/>
          </w:tcPr>
          <w:p w14:paraId="36FA1F31" w14:textId="77777777" w:rsidR="00494502" w:rsidRDefault="0013204B">
            <w:pPr>
              <w:rPr>
                <w:rFonts w:hint="eastAsia"/>
              </w:rPr>
            </w:pPr>
            <w:r>
              <w:t>Leelabati (</w:t>
            </w:r>
            <w:r>
              <w:t>লীলাবতী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348B64E8" w14:textId="77777777" w:rsidR="00494502" w:rsidRDefault="0013204B">
            <w:pPr>
              <w:rPr>
                <w:rFonts w:hint="eastAsia"/>
              </w:rPr>
            </w:pPr>
            <w:r>
              <w:t>Dinabandhu Mitra</w:t>
            </w:r>
          </w:p>
        </w:tc>
      </w:tr>
      <w:tr w:rsidR="00494502" w14:paraId="73B47E8D" w14:textId="77777777">
        <w:trPr>
          <w:jc w:val="center"/>
        </w:trPr>
        <w:tc>
          <w:tcPr>
            <w:tcW w:w="3456" w:type="dxa"/>
            <w:vAlign w:val="center"/>
          </w:tcPr>
          <w:p w14:paraId="51095899" w14:textId="77777777" w:rsidR="00494502" w:rsidRDefault="0013204B">
            <w:pPr>
              <w:rPr>
                <w:rFonts w:hint="eastAsia"/>
              </w:rPr>
            </w:pPr>
            <w:r>
              <w:t>5</w:t>
            </w:r>
          </w:p>
        </w:tc>
        <w:tc>
          <w:tcPr>
            <w:tcW w:w="3456" w:type="dxa"/>
            <w:vAlign w:val="center"/>
          </w:tcPr>
          <w:p w14:paraId="6E98D838" w14:textId="77777777" w:rsidR="00494502" w:rsidRDefault="0013204B">
            <w:pPr>
              <w:rPr>
                <w:rFonts w:hint="eastAsia"/>
              </w:rPr>
            </w:pPr>
            <w:r>
              <w:t>Ekei Ki Bole Sabhyata (</w:t>
            </w:r>
            <w:r>
              <w:t>একেই</w:t>
            </w:r>
            <w:r>
              <w:t xml:space="preserve"> </w:t>
            </w:r>
            <w:r>
              <w:t>কি</w:t>
            </w:r>
            <w:r>
              <w:t xml:space="preserve"> </w:t>
            </w:r>
            <w:r>
              <w:t>বলে</w:t>
            </w:r>
            <w:r>
              <w:t xml:space="preserve"> </w:t>
            </w:r>
            <w:r>
              <w:t>সভ্যতা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8ABD919" w14:textId="77777777" w:rsidR="00494502" w:rsidRDefault="0013204B">
            <w:pPr>
              <w:rPr>
                <w:rFonts w:hint="eastAsia"/>
              </w:rPr>
            </w:pPr>
            <w:r>
              <w:t>Michael Madhusudan Dutt</w:t>
            </w:r>
          </w:p>
        </w:tc>
      </w:tr>
      <w:tr w:rsidR="00494502" w14:paraId="336C5E40" w14:textId="77777777">
        <w:trPr>
          <w:jc w:val="center"/>
        </w:trPr>
        <w:tc>
          <w:tcPr>
            <w:tcW w:w="3456" w:type="dxa"/>
            <w:vAlign w:val="center"/>
          </w:tcPr>
          <w:p w14:paraId="6E67EBC5" w14:textId="77777777" w:rsidR="00494502" w:rsidRDefault="0013204B">
            <w:pPr>
              <w:rPr>
                <w:rFonts w:hint="eastAsia"/>
              </w:rPr>
            </w:pPr>
            <w:r>
              <w:t>6</w:t>
            </w:r>
          </w:p>
        </w:tc>
        <w:tc>
          <w:tcPr>
            <w:tcW w:w="3456" w:type="dxa"/>
            <w:vAlign w:val="center"/>
          </w:tcPr>
          <w:p w14:paraId="23CCCAD8" w14:textId="77777777" w:rsidR="00494502" w:rsidRDefault="0013204B">
            <w:pPr>
              <w:rPr>
                <w:rFonts w:hint="eastAsia"/>
              </w:rPr>
            </w:pPr>
            <w:r>
              <w:t>Buro Shaliker Ghare Ron (</w:t>
            </w:r>
            <w:r>
              <w:t>বুড়ো</w:t>
            </w:r>
            <w:r>
              <w:t xml:space="preserve"> </w:t>
            </w:r>
            <w:r>
              <w:t>শালিকের</w:t>
            </w:r>
            <w:r>
              <w:t xml:space="preserve"> </w:t>
            </w:r>
            <w:r>
              <w:t>ঘাড়ে</w:t>
            </w:r>
            <w:r>
              <w:t xml:space="preserve"> </w:t>
            </w:r>
            <w:r>
              <w:t>রোঁ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028E9810" w14:textId="77777777" w:rsidR="00494502" w:rsidRDefault="0013204B">
            <w:pPr>
              <w:rPr>
                <w:rFonts w:hint="eastAsia"/>
              </w:rPr>
            </w:pPr>
            <w:r>
              <w:t>Michael Madhusudan Dutt</w:t>
            </w:r>
          </w:p>
        </w:tc>
      </w:tr>
      <w:tr w:rsidR="00494502" w14:paraId="27D9F962" w14:textId="77777777">
        <w:trPr>
          <w:jc w:val="center"/>
        </w:trPr>
        <w:tc>
          <w:tcPr>
            <w:tcW w:w="3456" w:type="dxa"/>
            <w:vAlign w:val="center"/>
          </w:tcPr>
          <w:p w14:paraId="5F689F2F" w14:textId="77777777" w:rsidR="00494502" w:rsidRDefault="0013204B">
            <w:pPr>
              <w:rPr>
                <w:rFonts w:hint="eastAsia"/>
              </w:rPr>
            </w:pPr>
            <w:r>
              <w:t>7</w:t>
            </w:r>
          </w:p>
        </w:tc>
        <w:tc>
          <w:tcPr>
            <w:tcW w:w="3456" w:type="dxa"/>
            <w:vAlign w:val="center"/>
          </w:tcPr>
          <w:p w14:paraId="4BAFA810" w14:textId="77777777" w:rsidR="00494502" w:rsidRDefault="0013204B">
            <w:pPr>
              <w:rPr>
                <w:rFonts w:hint="eastAsia"/>
              </w:rPr>
            </w:pPr>
            <w:r>
              <w:t>Krishnakumari (</w:t>
            </w:r>
            <w:r>
              <w:t>কৃষ্ণকুমারী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2CCF4D6C" w14:textId="77777777" w:rsidR="00494502" w:rsidRDefault="0013204B">
            <w:pPr>
              <w:rPr>
                <w:rFonts w:hint="eastAsia"/>
              </w:rPr>
            </w:pPr>
            <w:r>
              <w:t>Michael Madhusudan Dutt</w:t>
            </w:r>
          </w:p>
        </w:tc>
      </w:tr>
      <w:tr w:rsidR="00494502" w14:paraId="7326EE46" w14:textId="77777777">
        <w:trPr>
          <w:jc w:val="center"/>
        </w:trPr>
        <w:tc>
          <w:tcPr>
            <w:tcW w:w="3456" w:type="dxa"/>
            <w:vAlign w:val="center"/>
          </w:tcPr>
          <w:p w14:paraId="7040F393" w14:textId="77777777" w:rsidR="00494502" w:rsidRDefault="0013204B">
            <w:pPr>
              <w:rPr>
                <w:rFonts w:hint="eastAsia"/>
              </w:rPr>
            </w:pPr>
            <w:r>
              <w:t>8</w:t>
            </w:r>
          </w:p>
        </w:tc>
        <w:tc>
          <w:tcPr>
            <w:tcW w:w="3456" w:type="dxa"/>
            <w:vAlign w:val="center"/>
          </w:tcPr>
          <w:p w14:paraId="06CD397B" w14:textId="77777777" w:rsidR="00494502" w:rsidRDefault="0013204B">
            <w:pPr>
              <w:rPr>
                <w:rFonts w:hint="eastAsia"/>
              </w:rPr>
            </w:pPr>
            <w:r>
              <w:t>Sharmistha (</w:t>
            </w:r>
            <w:r>
              <w:t>শর্মিষ্ঠা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0A22C687" w14:textId="77777777" w:rsidR="00494502" w:rsidRDefault="0013204B">
            <w:pPr>
              <w:rPr>
                <w:rFonts w:hint="eastAsia"/>
              </w:rPr>
            </w:pPr>
            <w:r>
              <w:t>Michael Madhusudan Dutt</w:t>
            </w:r>
          </w:p>
        </w:tc>
      </w:tr>
      <w:tr w:rsidR="00494502" w14:paraId="2215A6A0" w14:textId="77777777">
        <w:trPr>
          <w:jc w:val="center"/>
        </w:trPr>
        <w:tc>
          <w:tcPr>
            <w:tcW w:w="3456" w:type="dxa"/>
            <w:vAlign w:val="center"/>
          </w:tcPr>
          <w:p w14:paraId="378FED57" w14:textId="77777777" w:rsidR="00494502" w:rsidRDefault="0013204B">
            <w:pPr>
              <w:rPr>
                <w:rFonts w:hint="eastAsia"/>
              </w:rPr>
            </w:pPr>
            <w:r>
              <w:t>9</w:t>
            </w:r>
          </w:p>
        </w:tc>
        <w:tc>
          <w:tcPr>
            <w:tcW w:w="3456" w:type="dxa"/>
            <w:vAlign w:val="center"/>
          </w:tcPr>
          <w:p w14:paraId="2790EA77" w14:textId="77777777" w:rsidR="00494502" w:rsidRDefault="0013204B">
            <w:pPr>
              <w:rPr>
                <w:rFonts w:hint="eastAsia"/>
              </w:rPr>
            </w:pPr>
            <w:r>
              <w:t>Padmavati (</w:t>
            </w:r>
            <w:r>
              <w:t>পদ্মাবতী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D7F921F" w14:textId="77777777" w:rsidR="00494502" w:rsidRDefault="0013204B">
            <w:pPr>
              <w:rPr>
                <w:rFonts w:hint="eastAsia"/>
              </w:rPr>
            </w:pPr>
            <w:r>
              <w:t>Michael Madhusudan Dutt</w:t>
            </w:r>
          </w:p>
        </w:tc>
      </w:tr>
      <w:tr w:rsidR="00494502" w14:paraId="752A7A82" w14:textId="77777777">
        <w:trPr>
          <w:jc w:val="center"/>
        </w:trPr>
        <w:tc>
          <w:tcPr>
            <w:tcW w:w="3456" w:type="dxa"/>
            <w:vAlign w:val="center"/>
          </w:tcPr>
          <w:p w14:paraId="33A6093D" w14:textId="77777777" w:rsidR="00494502" w:rsidRDefault="0013204B">
            <w:pPr>
              <w:rPr>
                <w:rFonts w:hint="eastAsia"/>
              </w:rPr>
            </w:pPr>
            <w:r>
              <w:t>10</w:t>
            </w:r>
          </w:p>
        </w:tc>
        <w:tc>
          <w:tcPr>
            <w:tcW w:w="3456" w:type="dxa"/>
            <w:vAlign w:val="center"/>
          </w:tcPr>
          <w:p w14:paraId="03BD3D15" w14:textId="77777777" w:rsidR="00494502" w:rsidRDefault="0013204B">
            <w:pPr>
              <w:rPr>
                <w:rFonts w:hint="eastAsia"/>
              </w:rPr>
            </w:pPr>
            <w:r>
              <w:t>Maya-Kanan (</w:t>
            </w:r>
            <w:r>
              <w:t>মায়াকানন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0DDD12E4" w14:textId="77777777" w:rsidR="00494502" w:rsidRDefault="0013204B">
            <w:pPr>
              <w:rPr>
                <w:rFonts w:hint="eastAsia"/>
              </w:rPr>
            </w:pPr>
            <w:r>
              <w:t>Michael Madhusudan Dutt</w:t>
            </w:r>
          </w:p>
        </w:tc>
      </w:tr>
      <w:tr w:rsidR="00494502" w14:paraId="11A090CF" w14:textId="77777777">
        <w:trPr>
          <w:jc w:val="center"/>
        </w:trPr>
        <w:tc>
          <w:tcPr>
            <w:tcW w:w="3456" w:type="dxa"/>
            <w:vAlign w:val="center"/>
          </w:tcPr>
          <w:p w14:paraId="79AACA94" w14:textId="77777777" w:rsidR="00494502" w:rsidRDefault="0013204B">
            <w:pPr>
              <w:rPr>
                <w:rFonts w:hint="eastAsia"/>
              </w:rPr>
            </w:pPr>
            <w:r>
              <w:t>11</w:t>
            </w:r>
          </w:p>
        </w:tc>
        <w:tc>
          <w:tcPr>
            <w:tcW w:w="3456" w:type="dxa"/>
            <w:vAlign w:val="center"/>
          </w:tcPr>
          <w:p w14:paraId="282A8BA0" w14:textId="77777777" w:rsidR="00494502" w:rsidRDefault="0013204B">
            <w:pPr>
              <w:rPr>
                <w:rFonts w:hint="eastAsia"/>
              </w:rPr>
            </w:pPr>
            <w:r>
              <w:t>Alaler Gharer Dulal (</w:t>
            </w:r>
            <w:r>
              <w:t>আলালের</w:t>
            </w:r>
            <w:r>
              <w:t xml:space="preserve"> </w:t>
            </w:r>
            <w:r>
              <w:t>ঘরের</w:t>
            </w:r>
            <w:r>
              <w:t xml:space="preserve"> </w:t>
            </w:r>
            <w:r>
              <w:t>দুলাল</w:t>
            </w:r>
            <w:r>
              <w:t>) – dramatic adaptation</w:t>
            </w:r>
          </w:p>
        </w:tc>
        <w:tc>
          <w:tcPr>
            <w:tcW w:w="3456" w:type="dxa"/>
            <w:vAlign w:val="center"/>
          </w:tcPr>
          <w:p w14:paraId="033B3658" w14:textId="77777777" w:rsidR="00494502" w:rsidRDefault="0013204B">
            <w:pPr>
              <w:rPr>
                <w:rFonts w:hint="eastAsia"/>
              </w:rPr>
            </w:pPr>
            <w:r>
              <w:t>Peary Chand Mitra</w:t>
            </w:r>
          </w:p>
        </w:tc>
      </w:tr>
      <w:tr w:rsidR="00494502" w14:paraId="3CF04DD9" w14:textId="77777777">
        <w:trPr>
          <w:jc w:val="center"/>
        </w:trPr>
        <w:tc>
          <w:tcPr>
            <w:tcW w:w="3456" w:type="dxa"/>
            <w:vAlign w:val="center"/>
          </w:tcPr>
          <w:p w14:paraId="57E00993" w14:textId="77777777" w:rsidR="00494502" w:rsidRDefault="0013204B">
            <w:pPr>
              <w:rPr>
                <w:rFonts w:hint="eastAsia"/>
              </w:rPr>
            </w:pPr>
            <w:r>
              <w:t>12</w:t>
            </w:r>
          </w:p>
        </w:tc>
        <w:tc>
          <w:tcPr>
            <w:tcW w:w="3456" w:type="dxa"/>
            <w:vAlign w:val="center"/>
          </w:tcPr>
          <w:p w14:paraId="48DC3BF8" w14:textId="77777777" w:rsidR="00494502" w:rsidRDefault="0013204B">
            <w:pPr>
              <w:rPr>
                <w:rFonts w:hint="eastAsia"/>
              </w:rPr>
            </w:pPr>
            <w:r>
              <w:t>Raja O Rani (</w:t>
            </w:r>
            <w:r>
              <w:t>রাজা</w:t>
            </w:r>
            <w:r>
              <w:t xml:space="preserve"> </w:t>
            </w:r>
            <w:r>
              <w:t>ও</w:t>
            </w:r>
            <w:r>
              <w:t xml:space="preserve"> </w:t>
            </w:r>
            <w:r>
              <w:t>রাণী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43F584B1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5C1CD117" w14:textId="77777777">
        <w:trPr>
          <w:jc w:val="center"/>
        </w:trPr>
        <w:tc>
          <w:tcPr>
            <w:tcW w:w="3456" w:type="dxa"/>
            <w:vAlign w:val="center"/>
          </w:tcPr>
          <w:p w14:paraId="69E7459C" w14:textId="77777777" w:rsidR="00494502" w:rsidRDefault="0013204B">
            <w:pPr>
              <w:rPr>
                <w:rFonts w:hint="eastAsia"/>
              </w:rPr>
            </w:pPr>
            <w:r>
              <w:t>13</w:t>
            </w:r>
          </w:p>
        </w:tc>
        <w:tc>
          <w:tcPr>
            <w:tcW w:w="3456" w:type="dxa"/>
            <w:vAlign w:val="center"/>
          </w:tcPr>
          <w:p w14:paraId="68667252" w14:textId="77777777" w:rsidR="00494502" w:rsidRDefault="0013204B">
            <w:pPr>
              <w:rPr>
                <w:rFonts w:hint="eastAsia"/>
              </w:rPr>
            </w:pPr>
            <w:r>
              <w:t>Visarjan (</w:t>
            </w:r>
            <w:r>
              <w:t>বিসর্জন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3D3CAF45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2636A80D" w14:textId="77777777">
        <w:trPr>
          <w:jc w:val="center"/>
        </w:trPr>
        <w:tc>
          <w:tcPr>
            <w:tcW w:w="3456" w:type="dxa"/>
            <w:vAlign w:val="center"/>
          </w:tcPr>
          <w:p w14:paraId="588E5631" w14:textId="77777777" w:rsidR="00494502" w:rsidRDefault="0013204B">
            <w:pPr>
              <w:rPr>
                <w:rFonts w:hint="eastAsia"/>
              </w:rPr>
            </w:pPr>
            <w:r>
              <w:t>14</w:t>
            </w:r>
          </w:p>
        </w:tc>
        <w:tc>
          <w:tcPr>
            <w:tcW w:w="3456" w:type="dxa"/>
            <w:vAlign w:val="center"/>
          </w:tcPr>
          <w:p w14:paraId="678D72C9" w14:textId="77777777" w:rsidR="00494502" w:rsidRDefault="0013204B">
            <w:pPr>
              <w:rPr>
                <w:rFonts w:hint="eastAsia"/>
              </w:rPr>
            </w:pPr>
            <w:r>
              <w:t>Raja (</w:t>
            </w:r>
            <w:r>
              <w:t>রাজা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387972D2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14F3B5C0" w14:textId="77777777">
        <w:trPr>
          <w:jc w:val="center"/>
        </w:trPr>
        <w:tc>
          <w:tcPr>
            <w:tcW w:w="3456" w:type="dxa"/>
            <w:vAlign w:val="center"/>
          </w:tcPr>
          <w:p w14:paraId="19D9B252" w14:textId="77777777" w:rsidR="00494502" w:rsidRDefault="0013204B">
            <w:pPr>
              <w:rPr>
                <w:rFonts w:hint="eastAsia"/>
              </w:rPr>
            </w:pPr>
            <w:r>
              <w:t>15</w:t>
            </w:r>
          </w:p>
        </w:tc>
        <w:tc>
          <w:tcPr>
            <w:tcW w:w="3456" w:type="dxa"/>
            <w:vAlign w:val="center"/>
          </w:tcPr>
          <w:p w14:paraId="4F9AC516" w14:textId="77777777" w:rsidR="00494502" w:rsidRDefault="0013204B">
            <w:pPr>
              <w:rPr>
                <w:rFonts w:hint="eastAsia"/>
              </w:rPr>
            </w:pPr>
            <w:r>
              <w:t>Dak Ghar (</w:t>
            </w:r>
            <w:r>
              <w:t>ডাকঘর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F87B9E6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0DB7AB91" w14:textId="77777777">
        <w:trPr>
          <w:jc w:val="center"/>
        </w:trPr>
        <w:tc>
          <w:tcPr>
            <w:tcW w:w="3456" w:type="dxa"/>
            <w:vAlign w:val="center"/>
          </w:tcPr>
          <w:p w14:paraId="649050B4" w14:textId="77777777" w:rsidR="00494502" w:rsidRDefault="0013204B">
            <w:pPr>
              <w:rPr>
                <w:rFonts w:hint="eastAsia"/>
              </w:rPr>
            </w:pPr>
            <w:r>
              <w:t>16</w:t>
            </w:r>
          </w:p>
        </w:tc>
        <w:tc>
          <w:tcPr>
            <w:tcW w:w="3456" w:type="dxa"/>
            <w:vAlign w:val="center"/>
          </w:tcPr>
          <w:p w14:paraId="0F74EDF3" w14:textId="77777777" w:rsidR="00494502" w:rsidRDefault="0013204B">
            <w:pPr>
              <w:rPr>
                <w:rFonts w:hint="eastAsia"/>
              </w:rPr>
            </w:pPr>
            <w:r>
              <w:t>Achalayatan (</w:t>
            </w:r>
            <w:r>
              <w:t>অচলায়তন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13D92D9D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791B7F17" w14:textId="77777777">
        <w:trPr>
          <w:jc w:val="center"/>
        </w:trPr>
        <w:tc>
          <w:tcPr>
            <w:tcW w:w="3456" w:type="dxa"/>
            <w:vAlign w:val="center"/>
          </w:tcPr>
          <w:p w14:paraId="5A3D90BF" w14:textId="77777777" w:rsidR="00494502" w:rsidRDefault="0013204B">
            <w:pPr>
              <w:rPr>
                <w:rFonts w:hint="eastAsia"/>
              </w:rPr>
            </w:pPr>
            <w:r>
              <w:t>17</w:t>
            </w:r>
          </w:p>
        </w:tc>
        <w:tc>
          <w:tcPr>
            <w:tcW w:w="3456" w:type="dxa"/>
            <w:vAlign w:val="center"/>
          </w:tcPr>
          <w:p w14:paraId="06E6DCA3" w14:textId="77777777" w:rsidR="00494502" w:rsidRDefault="0013204B">
            <w:pPr>
              <w:rPr>
                <w:rFonts w:hint="eastAsia"/>
              </w:rPr>
            </w:pPr>
            <w:r>
              <w:t>Muktadhara (</w:t>
            </w:r>
            <w:r>
              <w:t>মুক্তধারা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61AB063F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1342A0CF" w14:textId="77777777">
        <w:trPr>
          <w:jc w:val="center"/>
        </w:trPr>
        <w:tc>
          <w:tcPr>
            <w:tcW w:w="3456" w:type="dxa"/>
            <w:vAlign w:val="center"/>
          </w:tcPr>
          <w:p w14:paraId="2EE79E40" w14:textId="77777777" w:rsidR="00494502" w:rsidRDefault="0013204B">
            <w:pPr>
              <w:rPr>
                <w:rFonts w:hint="eastAsia"/>
              </w:rPr>
            </w:pPr>
            <w:r>
              <w:t>18</w:t>
            </w:r>
          </w:p>
        </w:tc>
        <w:tc>
          <w:tcPr>
            <w:tcW w:w="3456" w:type="dxa"/>
            <w:vAlign w:val="center"/>
          </w:tcPr>
          <w:p w14:paraId="06AED1B3" w14:textId="77777777" w:rsidR="00494502" w:rsidRDefault="0013204B">
            <w:pPr>
              <w:rPr>
                <w:rFonts w:hint="eastAsia"/>
              </w:rPr>
            </w:pPr>
            <w:r>
              <w:t>Raktakarabi (</w:t>
            </w:r>
            <w:r>
              <w:t>রক্তকরবী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BAF6856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5A11FE92" w14:textId="77777777">
        <w:trPr>
          <w:jc w:val="center"/>
        </w:trPr>
        <w:tc>
          <w:tcPr>
            <w:tcW w:w="3456" w:type="dxa"/>
            <w:vAlign w:val="center"/>
          </w:tcPr>
          <w:p w14:paraId="7E1FD886" w14:textId="77777777" w:rsidR="00494502" w:rsidRDefault="0013204B">
            <w:pPr>
              <w:rPr>
                <w:rFonts w:hint="eastAsia"/>
              </w:rPr>
            </w:pPr>
            <w:r>
              <w:t>19</w:t>
            </w:r>
          </w:p>
        </w:tc>
        <w:tc>
          <w:tcPr>
            <w:tcW w:w="3456" w:type="dxa"/>
            <w:vAlign w:val="center"/>
          </w:tcPr>
          <w:p w14:paraId="26C276C8" w14:textId="77777777" w:rsidR="00494502" w:rsidRDefault="0013204B">
            <w:pPr>
              <w:rPr>
                <w:rFonts w:hint="eastAsia"/>
              </w:rPr>
            </w:pPr>
            <w:r>
              <w:t>Chitrangada (</w:t>
            </w:r>
            <w:r>
              <w:t>চিত্রাঙ্গদা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0D5391EE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7BCAFCBF" w14:textId="77777777">
        <w:trPr>
          <w:jc w:val="center"/>
        </w:trPr>
        <w:tc>
          <w:tcPr>
            <w:tcW w:w="3456" w:type="dxa"/>
            <w:vAlign w:val="center"/>
          </w:tcPr>
          <w:p w14:paraId="7F602032" w14:textId="77777777" w:rsidR="00494502" w:rsidRDefault="0013204B">
            <w:pPr>
              <w:rPr>
                <w:rFonts w:hint="eastAsia"/>
              </w:rPr>
            </w:pPr>
            <w:r>
              <w:t>20</w:t>
            </w:r>
          </w:p>
        </w:tc>
        <w:tc>
          <w:tcPr>
            <w:tcW w:w="3456" w:type="dxa"/>
            <w:vAlign w:val="center"/>
          </w:tcPr>
          <w:p w14:paraId="25C0135B" w14:textId="77777777" w:rsidR="00494502" w:rsidRDefault="0013204B">
            <w:pPr>
              <w:rPr>
                <w:rFonts w:hint="eastAsia"/>
              </w:rPr>
            </w:pPr>
            <w:r>
              <w:t>Tasher Desh (</w:t>
            </w:r>
            <w:r>
              <w:t>তাসের</w:t>
            </w:r>
            <w:r>
              <w:t xml:space="preserve"> </w:t>
            </w:r>
            <w:r>
              <w:t>দেশ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4B340D5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6474729C" w14:textId="77777777">
        <w:trPr>
          <w:jc w:val="center"/>
        </w:trPr>
        <w:tc>
          <w:tcPr>
            <w:tcW w:w="3456" w:type="dxa"/>
            <w:vAlign w:val="center"/>
          </w:tcPr>
          <w:p w14:paraId="354F35A1" w14:textId="77777777" w:rsidR="00494502" w:rsidRDefault="0013204B">
            <w:pPr>
              <w:rPr>
                <w:rFonts w:hint="eastAsia"/>
              </w:rPr>
            </w:pPr>
            <w:r>
              <w:t>21</w:t>
            </w:r>
          </w:p>
        </w:tc>
        <w:tc>
          <w:tcPr>
            <w:tcW w:w="3456" w:type="dxa"/>
            <w:vAlign w:val="center"/>
          </w:tcPr>
          <w:p w14:paraId="3AC94046" w14:textId="77777777" w:rsidR="00494502" w:rsidRDefault="0013204B">
            <w:pPr>
              <w:rPr>
                <w:rFonts w:hint="eastAsia"/>
              </w:rPr>
            </w:pPr>
            <w:r>
              <w:t>Shyama (</w:t>
            </w:r>
            <w:r>
              <w:t>শ্যামা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5B38EA7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67AB9DA4" w14:textId="77777777">
        <w:trPr>
          <w:jc w:val="center"/>
        </w:trPr>
        <w:tc>
          <w:tcPr>
            <w:tcW w:w="3456" w:type="dxa"/>
            <w:vAlign w:val="center"/>
          </w:tcPr>
          <w:p w14:paraId="625DB19F" w14:textId="77777777" w:rsidR="00494502" w:rsidRDefault="0013204B">
            <w:pPr>
              <w:rPr>
                <w:rFonts w:hint="eastAsia"/>
              </w:rPr>
            </w:pPr>
            <w:r>
              <w:t>22</w:t>
            </w:r>
          </w:p>
        </w:tc>
        <w:tc>
          <w:tcPr>
            <w:tcW w:w="3456" w:type="dxa"/>
            <w:vAlign w:val="center"/>
          </w:tcPr>
          <w:p w14:paraId="3F7410A1" w14:textId="77777777" w:rsidR="00494502" w:rsidRDefault="0013204B">
            <w:pPr>
              <w:rPr>
                <w:rFonts w:hint="eastAsia"/>
              </w:rPr>
            </w:pPr>
            <w:r>
              <w:t>Malini (</w:t>
            </w:r>
            <w:r>
              <w:t>মালিনী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62AED198" w14:textId="77777777" w:rsidR="00494502" w:rsidRDefault="0013204B">
            <w:pPr>
              <w:rPr>
                <w:rFonts w:hint="eastAsia"/>
              </w:rPr>
            </w:pPr>
            <w:r>
              <w:t>Rabindranath Tagore</w:t>
            </w:r>
          </w:p>
        </w:tc>
      </w:tr>
      <w:tr w:rsidR="00494502" w14:paraId="5D9A4EB2" w14:textId="77777777">
        <w:trPr>
          <w:jc w:val="center"/>
        </w:trPr>
        <w:tc>
          <w:tcPr>
            <w:tcW w:w="3456" w:type="dxa"/>
            <w:vAlign w:val="center"/>
          </w:tcPr>
          <w:p w14:paraId="3DCB8C39" w14:textId="77777777" w:rsidR="00494502" w:rsidRDefault="0013204B">
            <w:pPr>
              <w:rPr>
                <w:rFonts w:hint="eastAsia"/>
              </w:rPr>
            </w:pPr>
            <w:r>
              <w:t>23</w:t>
            </w:r>
          </w:p>
        </w:tc>
        <w:tc>
          <w:tcPr>
            <w:tcW w:w="3456" w:type="dxa"/>
            <w:vAlign w:val="center"/>
          </w:tcPr>
          <w:p w14:paraId="44CF32E9" w14:textId="77777777" w:rsidR="00494502" w:rsidRDefault="0013204B">
            <w:pPr>
              <w:rPr>
                <w:rFonts w:hint="eastAsia"/>
              </w:rPr>
            </w:pPr>
            <w:r>
              <w:t>Kach O Devayani (</w:t>
            </w:r>
            <w:r>
              <w:t>কচ</w:t>
            </w:r>
            <w:r>
              <w:t xml:space="preserve"> </w:t>
            </w:r>
            <w:r>
              <w:t>ও</w:t>
            </w:r>
            <w:r>
              <w:t xml:space="preserve"> </w:t>
            </w:r>
            <w:r>
              <w:t>দেবযানী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BE0E411" w14:textId="77777777" w:rsidR="00494502" w:rsidRDefault="0013204B">
            <w:pPr>
              <w:rPr>
                <w:rFonts w:hint="eastAsia"/>
              </w:rPr>
            </w:pPr>
            <w:r>
              <w:t>Girish Chandra Ghosh</w:t>
            </w:r>
          </w:p>
        </w:tc>
      </w:tr>
      <w:tr w:rsidR="00494502" w14:paraId="607D79CE" w14:textId="77777777">
        <w:trPr>
          <w:jc w:val="center"/>
        </w:trPr>
        <w:tc>
          <w:tcPr>
            <w:tcW w:w="3456" w:type="dxa"/>
            <w:vAlign w:val="center"/>
          </w:tcPr>
          <w:p w14:paraId="03C9D96F" w14:textId="77777777" w:rsidR="00494502" w:rsidRDefault="0013204B">
            <w:pPr>
              <w:rPr>
                <w:rFonts w:hint="eastAsia"/>
              </w:rPr>
            </w:pPr>
            <w:r>
              <w:t>24</w:t>
            </w:r>
          </w:p>
        </w:tc>
        <w:tc>
          <w:tcPr>
            <w:tcW w:w="3456" w:type="dxa"/>
            <w:vAlign w:val="center"/>
          </w:tcPr>
          <w:p w14:paraId="71A737D6" w14:textId="77777777" w:rsidR="00494502" w:rsidRDefault="0013204B">
            <w:pPr>
              <w:rPr>
                <w:rFonts w:hint="eastAsia"/>
              </w:rPr>
            </w:pPr>
            <w:r>
              <w:t>Siraj-ud-Daulah (</w:t>
            </w:r>
            <w:r>
              <w:t>সিরাজউদ্দৌলা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3715F5A5" w14:textId="77777777" w:rsidR="00494502" w:rsidRDefault="0013204B">
            <w:pPr>
              <w:rPr>
                <w:rFonts w:hint="eastAsia"/>
              </w:rPr>
            </w:pPr>
            <w:r>
              <w:t>Girish Chandra Ghosh</w:t>
            </w:r>
          </w:p>
        </w:tc>
      </w:tr>
      <w:tr w:rsidR="00494502" w14:paraId="58886124" w14:textId="77777777">
        <w:trPr>
          <w:jc w:val="center"/>
        </w:trPr>
        <w:tc>
          <w:tcPr>
            <w:tcW w:w="3456" w:type="dxa"/>
            <w:vAlign w:val="center"/>
          </w:tcPr>
          <w:p w14:paraId="48B6BCE3" w14:textId="77777777" w:rsidR="00494502" w:rsidRDefault="0013204B">
            <w:pPr>
              <w:rPr>
                <w:rFonts w:hint="eastAsia"/>
              </w:rPr>
            </w:pPr>
            <w:r>
              <w:t>25</w:t>
            </w:r>
          </w:p>
        </w:tc>
        <w:tc>
          <w:tcPr>
            <w:tcW w:w="3456" w:type="dxa"/>
            <w:vAlign w:val="center"/>
          </w:tcPr>
          <w:p w14:paraId="25791D45" w14:textId="77777777" w:rsidR="00494502" w:rsidRDefault="0013204B">
            <w:pPr>
              <w:rPr>
                <w:rFonts w:hint="eastAsia"/>
              </w:rPr>
            </w:pPr>
            <w:r>
              <w:t>Chaitanya Lila (</w:t>
            </w:r>
            <w:r>
              <w:t>চৈতন্যলীলা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32649A83" w14:textId="77777777" w:rsidR="00494502" w:rsidRDefault="0013204B">
            <w:pPr>
              <w:rPr>
                <w:rFonts w:hint="eastAsia"/>
              </w:rPr>
            </w:pPr>
            <w:r>
              <w:t>Girish Chandra Ghosh</w:t>
            </w:r>
          </w:p>
        </w:tc>
      </w:tr>
      <w:tr w:rsidR="00494502" w14:paraId="417305FE" w14:textId="77777777">
        <w:trPr>
          <w:jc w:val="center"/>
        </w:trPr>
        <w:tc>
          <w:tcPr>
            <w:tcW w:w="3456" w:type="dxa"/>
            <w:vAlign w:val="center"/>
          </w:tcPr>
          <w:p w14:paraId="03037BD9" w14:textId="77777777" w:rsidR="00494502" w:rsidRDefault="0013204B">
            <w:pPr>
              <w:rPr>
                <w:rFonts w:hint="eastAsia"/>
              </w:rPr>
            </w:pPr>
            <w:r>
              <w:t>26</w:t>
            </w:r>
          </w:p>
        </w:tc>
        <w:tc>
          <w:tcPr>
            <w:tcW w:w="3456" w:type="dxa"/>
            <w:vAlign w:val="center"/>
          </w:tcPr>
          <w:p w14:paraId="37B2D82C" w14:textId="77777777" w:rsidR="00494502" w:rsidRDefault="0013204B">
            <w:pPr>
              <w:rPr>
                <w:rFonts w:hint="eastAsia"/>
              </w:rPr>
            </w:pPr>
            <w:r>
              <w:t>Jana (</w:t>
            </w:r>
            <w:r>
              <w:t>জনা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631BED7F" w14:textId="77777777" w:rsidR="00494502" w:rsidRDefault="0013204B">
            <w:pPr>
              <w:rPr>
                <w:rFonts w:hint="eastAsia"/>
              </w:rPr>
            </w:pPr>
            <w:r>
              <w:t>Girish Chandra Ghosh</w:t>
            </w:r>
          </w:p>
        </w:tc>
      </w:tr>
      <w:tr w:rsidR="00494502" w14:paraId="6CC9760A" w14:textId="77777777">
        <w:trPr>
          <w:jc w:val="center"/>
        </w:trPr>
        <w:tc>
          <w:tcPr>
            <w:tcW w:w="3456" w:type="dxa"/>
            <w:vAlign w:val="center"/>
          </w:tcPr>
          <w:p w14:paraId="74B9A77A" w14:textId="77777777" w:rsidR="00494502" w:rsidRDefault="0013204B">
            <w:pPr>
              <w:rPr>
                <w:rFonts w:hint="eastAsia"/>
              </w:rPr>
            </w:pPr>
            <w:r>
              <w:t>27</w:t>
            </w:r>
          </w:p>
        </w:tc>
        <w:tc>
          <w:tcPr>
            <w:tcW w:w="3456" w:type="dxa"/>
            <w:vAlign w:val="center"/>
          </w:tcPr>
          <w:p w14:paraId="115AFB18" w14:textId="77777777" w:rsidR="00494502" w:rsidRDefault="0013204B">
            <w:pPr>
              <w:rPr>
                <w:rFonts w:hint="eastAsia"/>
              </w:rPr>
            </w:pPr>
            <w:r>
              <w:t>Dakshina (</w:t>
            </w:r>
            <w:r>
              <w:t>দক্ষিণা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6A5F804A" w14:textId="77777777" w:rsidR="00494502" w:rsidRDefault="0013204B">
            <w:pPr>
              <w:rPr>
                <w:rFonts w:hint="eastAsia"/>
              </w:rPr>
            </w:pPr>
            <w:r>
              <w:t>Girish Chandra Ghosh</w:t>
            </w:r>
          </w:p>
        </w:tc>
      </w:tr>
      <w:tr w:rsidR="00494502" w14:paraId="0DA5E9D3" w14:textId="77777777">
        <w:trPr>
          <w:jc w:val="center"/>
        </w:trPr>
        <w:tc>
          <w:tcPr>
            <w:tcW w:w="3456" w:type="dxa"/>
            <w:vAlign w:val="center"/>
          </w:tcPr>
          <w:p w14:paraId="07C251B3" w14:textId="77777777" w:rsidR="00494502" w:rsidRDefault="0013204B">
            <w:pPr>
              <w:rPr>
                <w:rFonts w:hint="eastAsia"/>
              </w:rPr>
            </w:pPr>
            <w:r>
              <w:t>28</w:t>
            </w:r>
          </w:p>
        </w:tc>
        <w:tc>
          <w:tcPr>
            <w:tcW w:w="3456" w:type="dxa"/>
            <w:vAlign w:val="center"/>
          </w:tcPr>
          <w:p w14:paraId="44C50171" w14:textId="77777777" w:rsidR="00494502" w:rsidRDefault="0013204B">
            <w:pPr>
              <w:rPr>
                <w:rFonts w:hint="eastAsia"/>
              </w:rPr>
            </w:pPr>
            <w:r>
              <w:t>Alibaba (</w:t>
            </w:r>
            <w:r>
              <w:t>আলিবাবা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4D5157B" w14:textId="77777777" w:rsidR="00494502" w:rsidRDefault="0013204B">
            <w:pPr>
              <w:rPr>
                <w:rFonts w:hint="eastAsia"/>
              </w:rPr>
            </w:pPr>
            <w:r>
              <w:t>Jyotirindranath Tagore</w:t>
            </w:r>
          </w:p>
        </w:tc>
      </w:tr>
      <w:tr w:rsidR="00494502" w14:paraId="24003C93" w14:textId="77777777">
        <w:trPr>
          <w:jc w:val="center"/>
        </w:trPr>
        <w:tc>
          <w:tcPr>
            <w:tcW w:w="3456" w:type="dxa"/>
            <w:vAlign w:val="center"/>
          </w:tcPr>
          <w:p w14:paraId="31080AD6" w14:textId="77777777" w:rsidR="00494502" w:rsidRDefault="0013204B">
            <w:pPr>
              <w:rPr>
                <w:rFonts w:hint="eastAsia"/>
              </w:rPr>
            </w:pPr>
            <w:r>
              <w:t>29</w:t>
            </w:r>
          </w:p>
        </w:tc>
        <w:tc>
          <w:tcPr>
            <w:tcW w:w="3456" w:type="dxa"/>
            <w:vAlign w:val="center"/>
          </w:tcPr>
          <w:p w14:paraId="1C947CA6" w14:textId="77777777" w:rsidR="00494502" w:rsidRDefault="0013204B">
            <w:pPr>
              <w:rPr>
                <w:rFonts w:hint="eastAsia"/>
              </w:rPr>
            </w:pPr>
            <w:r>
              <w:t>Purubikram (</w:t>
            </w:r>
            <w:r>
              <w:t>পুরুবিক্রম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077EBC08" w14:textId="77777777" w:rsidR="00494502" w:rsidRDefault="0013204B">
            <w:pPr>
              <w:rPr>
                <w:rFonts w:hint="eastAsia"/>
              </w:rPr>
            </w:pPr>
            <w:r>
              <w:t>Jyotirindranath Tagore</w:t>
            </w:r>
          </w:p>
        </w:tc>
      </w:tr>
      <w:tr w:rsidR="00494502" w14:paraId="4B7548E3" w14:textId="77777777">
        <w:trPr>
          <w:jc w:val="center"/>
        </w:trPr>
        <w:tc>
          <w:tcPr>
            <w:tcW w:w="3456" w:type="dxa"/>
            <w:vAlign w:val="center"/>
          </w:tcPr>
          <w:p w14:paraId="382099B0" w14:textId="77777777" w:rsidR="00494502" w:rsidRDefault="0013204B">
            <w:pPr>
              <w:rPr>
                <w:rFonts w:hint="eastAsia"/>
              </w:rPr>
            </w:pPr>
            <w:r>
              <w:t>30</w:t>
            </w:r>
          </w:p>
        </w:tc>
        <w:tc>
          <w:tcPr>
            <w:tcW w:w="3456" w:type="dxa"/>
            <w:vAlign w:val="center"/>
          </w:tcPr>
          <w:p w14:paraId="55B4B6F3" w14:textId="77777777" w:rsidR="00494502" w:rsidRDefault="0013204B">
            <w:pPr>
              <w:rPr>
                <w:rFonts w:hint="eastAsia"/>
              </w:rPr>
            </w:pPr>
            <w:r>
              <w:t>Sarojini (</w:t>
            </w:r>
            <w:r>
              <w:t>সরোজিনী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10DB6318" w14:textId="77777777" w:rsidR="00494502" w:rsidRDefault="0013204B">
            <w:pPr>
              <w:rPr>
                <w:rFonts w:hint="eastAsia"/>
              </w:rPr>
            </w:pPr>
            <w:r>
              <w:t>Jyotirindranath Tagore</w:t>
            </w:r>
          </w:p>
        </w:tc>
      </w:tr>
      <w:tr w:rsidR="00494502" w14:paraId="101C1870" w14:textId="77777777">
        <w:trPr>
          <w:jc w:val="center"/>
        </w:trPr>
        <w:tc>
          <w:tcPr>
            <w:tcW w:w="3456" w:type="dxa"/>
            <w:vAlign w:val="center"/>
          </w:tcPr>
          <w:p w14:paraId="6D7A1D01" w14:textId="77777777" w:rsidR="00494502" w:rsidRDefault="0013204B">
            <w:pPr>
              <w:rPr>
                <w:rFonts w:hint="eastAsia"/>
              </w:rPr>
            </w:pPr>
            <w:r>
              <w:t>31</w:t>
            </w:r>
          </w:p>
        </w:tc>
        <w:tc>
          <w:tcPr>
            <w:tcW w:w="3456" w:type="dxa"/>
            <w:vAlign w:val="center"/>
          </w:tcPr>
          <w:p w14:paraId="00B7A8D4" w14:textId="77777777" w:rsidR="00494502" w:rsidRDefault="0013204B">
            <w:pPr>
              <w:rPr>
                <w:rFonts w:hint="eastAsia"/>
              </w:rPr>
            </w:pPr>
            <w:r>
              <w:t>Swapnamayi (</w:t>
            </w:r>
            <w:r>
              <w:t>স্বপ্নময়ী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20D46B10" w14:textId="77777777" w:rsidR="00494502" w:rsidRDefault="0013204B">
            <w:pPr>
              <w:rPr>
                <w:rFonts w:hint="eastAsia"/>
              </w:rPr>
            </w:pPr>
            <w:r>
              <w:t>Jyotirindranath Tagore</w:t>
            </w:r>
          </w:p>
        </w:tc>
      </w:tr>
      <w:tr w:rsidR="00494502" w14:paraId="7C1AC988" w14:textId="77777777">
        <w:trPr>
          <w:jc w:val="center"/>
        </w:trPr>
        <w:tc>
          <w:tcPr>
            <w:tcW w:w="3456" w:type="dxa"/>
            <w:vAlign w:val="center"/>
          </w:tcPr>
          <w:p w14:paraId="20E23494" w14:textId="77777777" w:rsidR="00494502" w:rsidRDefault="0013204B">
            <w:pPr>
              <w:rPr>
                <w:rFonts w:hint="eastAsia"/>
              </w:rPr>
            </w:pPr>
            <w:r>
              <w:t>32</w:t>
            </w:r>
          </w:p>
        </w:tc>
        <w:tc>
          <w:tcPr>
            <w:tcW w:w="3456" w:type="dxa"/>
            <w:vAlign w:val="center"/>
          </w:tcPr>
          <w:p w14:paraId="2107D038" w14:textId="77777777" w:rsidR="00494502" w:rsidRDefault="0013204B">
            <w:pPr>
              <w:rPr>
                <w:rFonts w:hint="eastAsia"/>
              </w:rPr>
            </w:pPr>
            <w:r>
              <w:t>Malabikagnimitra (</w:t>
            </w:r>
            <w:r>
              <w:t>মালবিকাগ্নিমিত্র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43CBCA40" w14:textId="77777777" w:rsidR="00494502" w:rsidRDefault="0013204B">
            <w:pPr>
              <w:rPr>
                <w:rFonts w:hint="eastAsia"/>
              </w:rPr>
            </w:pPr>
            <w:r>
              <w:t>Jyotirindranath Tagore</w:t>
            </w:r>
          </w:p>
        </w:tc>
      </w:tr>
      <w:tr w:rsidR="00494502" w14:paraId="44C779D4" w14:textId="77777777">
        <w:trPr>
          <w:jc w:val="center"/>
        </w:trPr>
        <w:tc>
          <w:tcPr>
            <w:tcW w:w="3456" w:type="dxa"/>
            <w:vAlign w:val="center"/>
          </w:tcPr>
          <w:p w14:paraId="2AB26B7B" w14:textId="77777777" w:rsidR="00494502" w:rsidRDefault="0013204B">
            <w:pPr>
              <w:rPr>
                <w:rFonts w:hint="eastAsia"/>
              </w:rPr>
            </w:pPr>
            <w:r>
              <w:t>33</w:t>
            </w:r>
          </w:p>
        </w:tc>
        <w:tc>
          <w:tcPr>
            <w:tcW w:w="3456" w:type="dxa"/>
            <w:vAlign w:val="center"/>
          </w:tcPr>
          <w:p w14:paraId="19D217F1" w14:textId="77777777" w:rsidR="00494502" w:rsidRDefault="0013204B">
            <w:pPr>
              <w:rPr>
                <w:rFonts w:hint="eastAsia"/>
              </w:rPr>
            </w:pPr>
            <w:r>
              <w:t>Balidan (</w:t>
            </w:r>
            <w:r>
              <w:t>বলিদান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2BED2C41" w14:textId="77777777" w:rsidR="00494502" w:rsidRDefault="0013204B">
            <w:pPr>
              <w:rPr>
                <w:rFonts w:hint="eastAsia"/>
              </w:rPr>
            </w:pPr>
            <w:r>
              <w:t>Girish Chandra Ghosh</w:t>
            </w:r>
          </w:p>
        </w:tc>
      </w:tr>
      <w:tr w:rsidR="00494502" w14:paraId="4137A434" w14:textId="77777777">
        <w:trPr>
          <w:jc w:val="center"/>
        </w:trPr>
        <w:tc>
          <w:tcPr>
            <w:tcW w:w="3456" w:type="dxa"/>
            <w:vAlign w:val="center"/>
          </w:tcPr>
          <w:p w14:paraId="3399870B" w14:textId="77777777" w:rsidR="00494502" w:rsidRDefault="0013204B">
            <w:pPr>
              <w:rPr>
                <w:rFonts w:hint="eastAsia"/>
              </w:rPr>
            </w:pPr>
            <w:r>
              <w:t>34</w:t>
            </w:r>
          </w:p>
        </w:tc>
        <w:tc>
          <w:tcPr>
            <w:tcW w:w="3456" w:type="dxa"/>
            <w:vAlign w:val="center"/>
          </w:tcPr>
          <w:p w14:paraId="23DE8059" w14:textId="77777777" w:rsidR="00494502" w:rsidRDefault="0013204B">
            <w:pPr>
              <w:rPr>
                <w:rFonts w:hint="eastAsia"/>
              </w:rPr>
            </w:pPr>
            <w:r>
              <w:t>Nabanna (</w:t>
            </w:r>
            <w:r>
              <w:t>নবান্ন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29EE9785" w14:textId="77777777" w:rsidR="00494502" w:rsidRDefault="0013204B">
            <w:pPr>
              <w:rPr>
                <w:rFonts w:hint="eastAsia"/>
              </w:rPr>
            </w:pPr>
            <w:r>
              <w:t>Bijon Bhattacharya</w:t>
            </w:r>
          </w:p>
        </w:tc>
      </w:tr>
      <w:tr w:rsidR="00494502" w14:paraId="57316185" w14:textId="77777777">
        <w:trPr>
          <w:jc w:val="center"/>
        </w:trPr>
        <w:tc>
          <w:tcPr>
            <w:tcW w:w="3456" w:type="dxa"/>
            <w:vAlign w:val="center"/>
          </w:tcPr>
          <w:p w14:paraId="0EA34565" w14:textId="77777777" w:rsidR="00494502" w:rsidRDefault="0013204B">
            <w:pPr>
              <w:rPr>
                <w:rFonts w:hint="eastAsia"/>
              </w:rPr>
            </w:pPr>
            <w:r>
              <w:t>35</w:t>
            </w:r>
          </w:p>
        </w:tc>
        <w:tc>
          <w:tcPr>
            <w:tcW w:w="3456" w:type="dxa"/>
            <w:vAlign w:val="center"/>
          </w:tcPr>
          <w:p w14:paraId="28A9F9C0" w14:textId="77777777" w:rsidR="00494502" w:rsidRDefault="0013204B">
            <w:pPr>
              <w:rPr>
                <w:rFonts w:hint="eastAsia"/>
              </w:rPr>
            </w:pPr>
            <w:r>
              <w:t>Debigarjan (</w:t>
            </w:r>
            <w:r>
              <w:t>দেবীগর্জন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1BDF0E39" w14:textId="77777777" w:rsidR="00494502" w:rsidRDefault="0013204B">
            <w:pPr>
              <w:rPr>
                <w:rFonts w:hint="eastAsia"/>
              </w:rPr>
            </w:pPr>
            <w:r>
              <w:t>Bijon Bhattacharya</w:t>
            </w:r>
          </w:p>
        </w:tc>
      </w:tr>
      <w:tr w:rsidR="00494502" w14:paraId="49AEB1C0" w14:textId="77777777">
        <w:trPr>
          <w:jc w:val="center"/>
        </w:trPr>
        <w:tc>
          <w:tcPr>
            <w:tcW w:w="3456" w:type="dxa"/>
            <w:vAlign w:val="center"/>
          </w:tcPr>
          <w:p w14:paraId="1C7709BB" w14:textId="77777777" w:rsidR="00494502" w:rsidRDefault="0013204B">
            <w:pPr>
              <w:rPr>
                <w:rFonts w:hint="eastAsia"/>
              </w:rPr>
            </w:pPr>
            <w:r>
              <w:t>36</w:t>
            </w:r>
          </w:p>
        </w:tc>
        <w:tc>
          <w:tcPr>
            <w:tcW w:w="3456" w:type="dxa"/>
            <w:vAlign w:val="center"/>
          </w:tcPr>
          <w:p w14:paraId="1DBCF951" w14:textId="77777777" w:rsidR="00494502" w:rsidRDefault="0013204B">
            <w:pPr>
              <w:rPr>
                <w:rFonts w:hint="eastAsia"/>
              </w:rPr>
            </w:pPr>
            <w:r>
              <w:t>Mrichhakatikam (</w:t>
            </w:r>
            <w:r>
              <w:t>মৃচ্ছকটিক</w:t>
            </w:r>
            <w:r>
              <w:t>) – Bengali translation/adaptation</w:t>
            </w:r>
          </w:p>
        </w:tc>
        <w:tc>
          <w:tcPr>
            <w:tcW w:w="3456" w:type="dxa"/>
            <w:vAlign w:val="center"/>
          </w:tcPr>
          <w:p w14:paraId="75B55C9C" w14:textId="77777777" w:rsidR="00494502" w:rsidRDefault="0013204B">
            <w:pPr>
              <w:rPr>
                <w:rFonts w:hint="eastAsia"/>
              </w:rPr>
            </w:pPr>
            <w:r>
              <w:t>Shudraka</w:t>
            </w:r>
          </w:p>
        </w:tc>
      </w:tr>
      <w:tr w:rsidR="00494502" w14:paraId="4C537633" w14:textId="77777777">
        <w:trPr>
          <w:jc w:val="center"/>
        </w:trPr>
        <w:tc>
          <w:tcPr>
            <w:tcW w:w="3456" w:type="dxa"/>
            <w:vAlign w:val="center"/>
          </w:tcPr>
          <w:p w14:paraId="4DE5EDF0" w14:textId="77777777" w:rsidR="00494502" w:rsidRDefault="0013204B">
            <w:pPr>
              <w:rPr>
                <w:rFonts w:hint="eastAsia"/>
              </w:rPr>
            </w:pPr>
            <w:r>
              <w:t>37</w:t>
            </w:r>
          </w:p>
        </w:tc>
        <w:tc>
          <w:tcPr>
            <w:tcW w:w="3456" w:type="dxa"/>
            <w:vAlign w:val="center"/>
          </w:tcPr>
          <w:p w14:paraId="08E5EC34" w14:textId="77777777" w:rsidR="00494502" w:rsidRDefault="0013204B">
            <w:pPr>
              <w:rPr>
                <w:rFonts w:hint="eastAsia"/>
              </w:rPr>
            </w:pPr>
            <w:r>
              <w:t>Kanyadan (</w:t>
            </w:r>
            <w:r>
              <w:t>কন্যাদান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7A33C76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7A01F7D0" w14:textId="77777777">
        <w:trPr>
          <w:jc w:val="center"/>
        </w:trPr>
        <w:tc>
          <w:tcPr>
            <w:tcW w:w="3456" w:type="dxa"/>
            <w:vAlign w:val="center"/>
          </w:tcPr>
          <w:p w14:paraId="38EA5BC5" w14:textId="77777777" w:rsidR="00494502" w:rsidRDefault="0013204B">
            <w:pPr>
              <w:rPr>
                <w:rFonts w:hint="eastAsia"/>
              </w:rPr>
            </w:pPr>
            <w:r>
              <w:t>38</w:t>
            </w:r>
          </w:p>
        </w:tc>
        <w:tc>
          <w:tcPr>
            <w:tcW w:w="3456" w:type="dxa"/>
            <w:vAlign w:val="center"/>
          </w:tcPr>
          <w:p w14:paraId="11CF54DC" w14:textId="77777777" w:rsidR="00494502" w:rsidRDefault="0013204B">
            <w:pPr>
              <w:rPr>
                <w:rFonts w:hint="eastAsia"/>
              </w:rPr>
            </w:pPr>
            <w:r>
              <w:t>Tiner Talwar (</w:t>
            </w:r>
            <w:r>
              <w:t>টিনের</w:t>
            </w:r>
            <w:r>
              <w:t xml:space="preserve"> </w:t>
            </w:r>
            <w:r>
              <w:t>তলোয়ার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9F7298D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2A73C5A0" w14:textId="77777777">
        <w:trPr>
          <w:jc w:val="center"/>
        </w:trPr>
        <w:tc>
          <w:tcPr>
            <w:tcW w:w="3456" w:type="dxa"/>
            <w:vAlign w:val="center"/>
          </w:tcPr>
          <w:p w14:paraId="388CCE7D" w14:textId="77777777" w:rsidR="00494502" w:rsidRDefault="0013204B">
            <w:pPr>
              <w:rPr>
                <w:rFonts w:hint="eastAsia"/>
              </w:rPr>
            </w:pPr>
            <w:r>
              <w:t>39</w:t>
            </w:r>
          </w:p>
        </w:tc>
        <w:tc>
          <w:tcPr>
            <w:tcW w:w="3456" w:type="dxa"/>
            <w:vAlign w:val="center"/>
          </w:tcPr>
          <w:p w14:paraId="0CDA68DB" w14:textId="77777777" w:rsidR="00494502" w:rsidRDefault="0013204B">
            <w:pPr>
              <w:rPr>
                <w:rFonts w:hint="eastAsia"/>
              </w:rPr>
            </w:pPr>
            <w:r>
              <w:t>Barricade (</w:t>
            </w:r>
            <w:r>
              <w:t>ব্যারিকেড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31F54C10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39F37C8E" w14:textId="77777777">
        <w:trPr>
          <w:jc w:val="center"/>
        </w:trPr>
        <w:tc>
          <w:tcPr>
            <w:tcW w:w="3456" w:type="dxa"/>
            <w:vAlign w:val="center"/>
          </w:tcPr>
          <w:p w14:paraId="36714D5D" w14:textId="77777777" w:rsidR="00494502" w:rsidRDefault="0013204B">
            <w:pPr>
              <w:rPr>
                <w:rFonts w:hint="eastAsia"/>
              </w:rPr>
            </w:pPr>
            <w:r>
              <w:t>40</w:t>
            </w:r>
          </w:p>
        </w:tc>
        <w:tc>
          <w:tcPr>
            <w:tcW w:w="3456" w:type="dxa"/>
            <w:vAlign w:val="center"/>
          </w:tcPr>
          <w:p w14:paraId="33B1B224" w14:textId="77777777" w:rsidR="00494502" w:rsidRDefault="0013204B">
            <w:pPr>
              <w:rPr>
                <w:rFonts w:hint="eastAsia"/>
              </w:rPr>
            </w:pPr>
            <w:r>
              <w:t>Angar (</w:t>
            </w:r>
            <w:r>
              <w:t>অঙ্গার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430BE240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7D9BE7E3" w14:textId="77777777">
        <w:trPr>
          <w:jc w:val="center"/>
        </w:trPr>
        <w:tc>
          <w:tcPr>
            <w:tcW w:w="3456" w:type="dxa"/>
            <w:vAlign w:val="center"/>
          </w:tcPr>
          <w:p w14:paraId="4CFE1C1E" w14:textId="77777777" w:rsidR="00494502" w:rsidRDefault="0013204B">
            <w:pPr>
              <w:rPr>
                <w:rFonts w:hint="eastAsia"/>
              </w:rPr>
            </w:pPr>
            <w:r>
              <w:t>41</w:t>
            </w:r>
          </w:p>
        </w:tc>
        <w:tc>
          <w:tcPr>
            <w:tcW w:w="3456" w:type="dxa"/>
            <w:vAlign w:val="center"/>
          </w:tcPr>
          <w:p w14:paraId="4B897E25" w14:textId="77777777" w:rsidR="00494502" w:rsidRDefault="0013204B">
            <w:pPr>
              <w:rPr>
                <w:rFonts w:hint="eastAsia"/>
              </w:rPr>
            </w:pPr>
            <w:r>
              <w:t>Ferari Fauj (</w:t>
            </w:r>
            <w:r>
              <w:t>ফেরারি</w:t>
            </w:r>
            <w:r>
              <w:t xml:space="preserve"> </w:t>
            </w:r>
            <w:r>
              <w:t>ফৌজ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4B923B6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7CBC3B33" w14:textId="77777777">
        <w:trPr>
          <w:jc w:val="center"/>
        </w:trPr>
        <w:tc>
          <w:tcPr>
            <w:tcW w:w="3456" w:type="dxa"/>
            <w:vAlign w:val="center"/>
          </w:tcPr>
          <w:p w14:paraId="611BE985" w14:textId="77777777" w:rsidR="00494502" w:rsidRDefault="0013204B">
            <w:pPr>
              <w:rPr>
                <w:rFonts w:hint="eastAsia"/>
              </w:rPr>
            </w:pPr>
            <w:r>
              <w:t>42</w:t>
            </w:r>
          </w:p>
        </w:tc>
        <w:tc>
          <w:tcPr>
            <w:tcW w:w="3456" w:type="dxa"/>
            <w:vAlign w:val="center"/>
          </w:tcPr>
          <w:p w14:paraId="06DA8F7A" w14:textId="77777777" w:rsidR="00494502" w:rsidRDefault="0013204B">
            <w:pPr>
              <w:rPr>
                <w:rFonts w:hint="eastAsia"/>
              </w:rPr>
            </w:pPr>
            <w:r>
              <w:t>Teer (</w:t>
            </w:r>
            <w:r>
              <w:t>তীর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09BEEDFA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754CCBD2" w14:textId="77777777">
        <w:trPr>
          <w:jc w:val="center"/>
        </w:trPr>
        <w:tc>
          <w:tcPr>
            <w:tcW w:w="3456" w:type="dxa"/>
            <w:vAlign w:val="center"/>
          </w:tcPr>
          <w:p w14:paraId="5C381A3F" w14:textId="77777777" w:rsidR="00494502" w:rsidRDefault="0013204B">
            <w:pPr>
              <w:rPr>
                <w:rFonts w:hint="eastAsia"/>
              </w:rPr>
            </w:pPr>
            <w:r>
              <w:t>43</w:t>
            </w:r>
          </w:p>
        </w:tc>
        <w:tc>
          <w:tcPr>
            <w:tcW w:w="3456" w:type="dxa"/>
            <w:vAlign w:val="center"/>
          </w:tcPr>
          <w:p w14:paraId="6F53D380" w14:textId="77777777" w:rsidR="00494502" w:rsidRDefault="0013204B">
            <w:pPr>
              <w:rPr>
                <w:rFonts w:hint="eastAsia"/>
              </w:rPr>
            </w:pPr>
            <w:r>
              <w:t>Kallol (</w:t>
            </w:r>
            <w:r>
              <w:t>কল্লোল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7DE5D5EC" w14:textId="77777777" w:rsidR="00494502" w:rsidRDefault="0013204B">
            <w:pPr>
              <w:rPr>
                <w:rFonts w:hint="eastAsia"/>
              </w:rPr>
            </w:pPr>
            <w:r>
              <w:t>Utpal Dutt</w:t>
            </w:r>
          </w:p>
        </w:tc>
      </w:tr>
      <w:tr w:rsidR="00494502" w14:paraId="00722E33" w14:textId="77777777">
        <w:trPr>
          <w:jc w:val="center"/>
        </w:trPr>
        <w:tc>
          <w:tcPr>
            <w:tcW w:w="3456" w:type="dxa"/>
            <w:vAlign w:val="center"/>
          </w:tcPr>
          <w:p w14:paraId="1E3438B1" w14:textId="77777777" w:rsidR="00494502" w:rsidRDefault="0013204B">
            <w:pPr>
              <w:rPr>
                <w:rFonts w:hint="eastAsia"/>
              </w:rPr>
            </w:pPr>
            <w:r>
              <w:t>44</w:t>
            </w:r>
          </w:p>
        </w:tc>
        <w:tc>
          <w:tcPr>
            <w:tcW w:w="3456" w:type="dxa"/>
            <w:vAlign w:val="center"/>
          </w:tcPr>
          <w:p w14:paraId="546FAC73" w14:textId="77777777" w:rsidR="00494502" w:rsidRDefault="0013204B">
            <w:pPr>
              <w:rPr>
                <w:rFonts w:hint="eastAsia"/>
              </w:rPr>
            </w:pPr>
            <w:r>
              <w:t>Galileo (</w:t>
            </w:r>
            <w:r>
              <w:t>গ্যালিলিও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B37A2EC" w14:textId="77777777" w:rsidR="00494502" w:rsidRDefault="0013204B">
            <w:pPr>
              <w:rPr>
                <w:rFonts w:hint="eastAsia"/>
              </w:rPr>
            </w:pPr>
            <w:r>
              <w:t>Badal Sircar</w:t>
            </w:r>
          </w:p>
        </w:tc>
      </w:tr>
      <w:tr w:rsidR="00494502" w14:paraId="0C1FF7F5" w14:textId="77777777">
        <w:trPr>
          <w:jc w:val="center"/>
        </w:trPr>
        <w:tc>
          <w:tcPr>
            <w:tcW w:w="3456" w:type="dxa"/>
            <w:vAlign w:val="center"/>
          </w:tcPr>
          <w:p w14:paraId="376314AC" w14:textId="77777777" w:rsidR="00494502" w:rsidRDefault="0013204B">
            <w:pPr>
              <w:rPr>
                <w:rFonts w:hint="eastAsia"/>
              </w:rPr>
            </w:pPr>
            <w:r>
              <w:t>45</w:t>
            </w:r>
          </w:p>
        </w:tc>
        <w:tc>
          <w:tcPr>
            <w:tcW w:w="3456" w:type="dxa"/>
            <w:vAlign w:val="center"/>
          </w:tcPr>
          <w:p w14:paraId="6F1CE286" w14:textId="77777777" w:rsidR="00494502" w:rsidRDefault="0013204B">
            <w:pPr>
              <w:rPr>
                <w:rFonts w:hint="eastAsia"/>
              </w:rPr>
            </w:pPr>
            <w:r>
              <w:t>Evam Indrajit (</w:t>
            </w:r>
            <w:r>
              <w:t>এবং</w:t>
            </w:r>
            <w:r>
              <w:t xml:space="preserve"> </w:t>
            </w:r>
            <w:r>
              <w:t>ইন্দ্রজিৎ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422B2464" w14:textId="77777777" w:rsidR="00494502" w:rsidRDefault="0013204B">
            <w:pPr>
              <w:rPr>
                <w:rFonts w:hint="eastAsia"/>
              </w:rPr>
            </w:pPr>
            <w:r>
              <w:t>Badal Sircar</w:t>
            </w:r>
          </w:p>
        </w:tc>
      </w:tr>
      <w:tr w:rsidR="00494502" w14:paraId="041494B4" w14:textId="77777777">
        <w:trPr>
          <w:jc w:val="center"/>
        </w:trPr>
        <w:tc>
          <w:tcPr>
            <w:tcW w:w="3456" w:type="dxa"/>
            <w:vAlign w:val="center"/>
          </w:tcPr>
          <w:p w14:paraId="41782D7F" w14:textId="77777777" w:rsidR="00494502" w:rsidRDefault="0013204B">
            <w:pPr>
              <w:rPr>
                <w:rFonts w:hint="eastAsia"/>
              </w:rPr>
            </w:pPr>
            <w:r>
              <w:t>46</w:t>
            </w:r>
          </w:p>
        </w:tc>
        <w:tc>
          <w:tcPr>
            <w:tcW w:w="3456" w:type="dxa"/>
            <w:vAlign w:val="center"/>
          </w:tcPr>
          <w:p w14:paraId="3A764385" w14:textId="77777777" w:rsidR="00494502" w:rsidRDefault="0013204B">
            <w:pPr>
              <w:rPr>
                <w:rFonts w:hint="eastAsia"/>
              </w:rPr>
            </w:pPr>
            <w:r>
              <w:t>Pagla Ghoda (</w:t>
            </w:r>
            <w:r>
              <w:t>পাগলা</w:t>
            </w:r>
            <w:r>
              <w:t xml:space="preserve"> </w:t>
            </w:r>
            <w:r>
              <w:t>ঘোড়া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66090BBF" w14:textId="77777777" w:rsidR="00494502" w:rsidRDefault="0013204B">
            <w:pPr>
              <w:rPr>
                <w:rFonts w:hint="eastAsia"/>
              </w:rPr>
            </w:pPr>
            <w:r>
              <w:t>Badal Sircar</w:t>
            </w:r>
          </w:p>
        </w:tc>
      </w:tr>
      <w:tr w:rsidR="00494502" w14:paraId="1C697C45" w14:textId="77777777">
        <w:trPr>
          <w:jc w:val="center"/>
        </w:trPr>
        <w:tc>
          <w:tcPr>
            <w:tcW w:w="3456" w:type="dxa"/>
            <w:vAlign w:val="center"/>
          </w:tcPr>
          <w:p w14:paraId="2499699A" w14:textId="77777777" w:rsidR="00494502" w:rsidRDefault="0013204B">
            <w:pPr>
              <w:rPr>
                <w:rFonts w:hint="eastAsia"/>
              </w:rPr>
            </w:pPr>
            <w:r>
              <w:t>47</w:t>
            </w:r>
          </w:p>
        </w:tc>
        <w:tc>
          <w:tcPr>
            <w:tcW w:w="3456" w:type="dxa"/>
            <w:vAlign w:val="center"/>
          </w:tcPr>
          <w:p w14:paraId="2C74F2DE" w14:textId="77777777" w:rsidR="00494502" w:rsidRDefault="0013204B">
            <w:pPr>
              <w:rPr>
                <w:rFonts w:hint="eastAsia"/>
              </w:rPr>
            </w:pPr>
            <w:r>
              <w:t>Baki Itihas (</w:t>
            </w:r>
            <w:r>
              <w:t>বাকি</w:t>
            </w:r>
            <w:r>
              <w:t xml:space="preserve"> </w:t>
            </w:r>
            <w:r>
              <w:t>ইতিহাস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1D95F1C9" w14:textId="77777777" w:rsidR="00494502" w:rsidRDefault="0013204B">
            <w:pPr>
              <w:rPr>
                <w:rFonts w:hint="eastAsia"/>
              </w:rPr>
            </w:pPr>
            <w:r>
              <w:t>Badal Sircar</w:t>
            </w:r>
          </w:p>
        </w:tc>
      </w:tr>
      <w:tr w:rsidR="00494502" w14:paraId="406A6C13" w14:textId="77777777">
        <w:trPr>
          <w:jc w:val="center"/>
        </w:trPr>
        <w:tc>
          <w:tcPr>
            <w:tcW w:w="3456" w:type="dxa"/>
            <w:vAlign w:val="center"/>
          </w:tcPr>
          <w:p w14:paraId="15D12B26" w14:textId="77777777" w:rsidR="00494502" w:rsidRDefault="0013204B">
            <w:pPr>
              <w:rPr>
                <w:rFonts w:hint="eastAsia"/>
              </w:rPr>
            </w:pPr>
            <w:r>
              <w:t>48</w:t>
            </w:r>
          </w:p>
        </w:tc>
        <w:tc>
          <w:tcPr>
            <w:tcW w:w="3456" w:type="dxa"/>
            <w:vAlign w:val="center"/>
          </w:tcPr>
          <w:p w14:paraId="1471209B" w14:textId="77777777" w:rsidR="00494502" w:rsidRDefault="0013204B">
            <w:pPr>
              <w:rPr>
                <w:rFonts w:hint="eastAsia"/>
              </w:rPr>
            </w:pPr>
            <w:r>
              <w:t>Bhoma (</w:t>
            </w:r>
            <w:r>
              <w:t>ভোমা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52FC9EF1" w14:textId="77777777" w:rsidR="00494502" w:rsidRDefault="0013204B">
            <w:pPr>
              <w:rPr>
                <w:rFonts w:hint="eastAsia"/>
              </w:rPr>
            </w:pPr>
            <w:r>
              <w:t>Badal Sircar</w:t>
            </w:r>
          </w:p>
        </w:tc>
      </w:tr>
      <w:tr w:rsidR="00494502" w14:paraId="5462ADA9" w14:textId="77777777">
        <w:trPr>
          <w:jc w:val="center"/>
        </w:trPr>
        <w:tc>
          <w:tcPr>
            <w:tcW w:w="3456" w:type="dxa"/>
            <w:vAlign w:val="center"/>
          </w:tcPr>
          <w:p w14:paraId="4DC0FDA7" w14:textId="77777777" w:rsidR="00494502" w:rsidRDefault="0013204B">
            <w:pPr>
              <w:rPr>
                <w:rFonts w:hint="eastAsia"/>
              </w:rPr>
            </w:pPr>
            <w:r>
              <w:t>49</w:t>
            </w:r>
          </w:p>
        </w:tc>
        <w:tc>
          <w:tcPr>
            <w:tcW w:w="3456" w:type="dxa"/>
            <w:vAlign w:val="center"/>
          </w:tcPr>
          <w:p w14:paraId="7FCFC6F5" w14:textId="77777777" w:rsidR="00494502" w:rsidRDefault="0013204B">
            <w:pPr>
              <w:rPr>
                <w:rFonts w:hint="eastAsia"/>
              </w:rPr>
            </w:pPr>
            <w:r>
              <w:t>Jatra (</w:t>
            </w:r>
            <w:r>
              <w:t>যাত্রা</w:t>
            </w:r>
            <w:r>
              <w:t>)</w:t>
            </w:r>
          </w:p>
        </w:tc>
        <w:tc>
          <w:tcPr>
            <w:tcW w:w="3456" w:type="dxa"/>
            <w:vAlign w:val="center"/>
          </w:tcPr>
          <w:p w14:paraId="6110964B" w14:textId="77777777" w:rsidR="00494502" w:rsidRDefault="0013204B">
            <w:pPr>
              <w:rPr>
                <w:rFonts w:hint="eastAsia"/>
              </w:rPr>
            </w:pPr>
            <w:r>
              <w:t>Badal Sircar</w:t>
            </w:r>
          </w:p>
        </w:tc>
      </w:tr>
    </w:tbl>
    <w:p w14:paraId="68AD143E" w14:textId="77777777" w:rsidR="00494502" w:rsidRDefault="0013204B">
      <w:pPr>
        <w:rPr>
          <w:rFonts w:hint="eastAsia"/>
        </w:rPr>
      </w:pPr>
      <w:r>
        <w:br w:type="page"/>
      </w:r>
    </w:p>
    <w:p w14:paraId="52EE8549" w14:textId="77777777" w:rsidR="00494502" w:rsidRDefault="0013204B">
      <w:pPr>
        <w:rPr>
          <w:rFonts w:hint="eastAsia"/>
        </w:rPr>
      </w:pPr>
      <w:r>
        <w:rPr>
          <w:b/>
          <w:sz w:val="30"/>
        </w:rPr>
        <w:t>⭐</w:t>
      </w:r>
      <w:r>
        <w:rPr>
          <w:b/>
          <w:sz w:val="30"/>
        </w:rPr>
        <w:t xml:space="preserve"> Most Important Writer–Drama Pairs</w:t>
      </w:r>
    </w:p>
    <w:p w14:paraId="237C178A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1. </w:t>
      </w:r>
      <w:r>
        <w:t>Nil Darpan — Dinabandhu Mitra</w:t>
      </w:r>
    </w:p>
    <w:p w14:paraId="6A9FD0B0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2. </w:t>
      </w:r>
      <w:r>
        <w:t>Sadhbar Ekadashi — Dinabandhu Mitra</w:t>
      </w:r>
    </w:p>
    <w:p w14:paraId="1015DBB0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3. </w:t>
      </w:r>
      <w:r>
        <w:t>Ekei Ki Bole Sabhyata — Michael Madhusudan Dutt</w:t>
      </w:r>
    </w:p>
    <w:p w14:paraId="3199AA0F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4. </w:t>
      </w:r>
      <w:r>
        <w:t>Buro Shaliker Ghare Ron — Michael Madhusudan Dutt</w:t>
      </w:r>
    </w:p>
    <w:p w14:paraId="6F1DC0FC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5. </w:t>
      </w:r>
      <w:r>
        <w:t>Krishnakumari — Michael Madhusudan Dutt</w:t>
      </w:r>
    </w:p>
    <w:p w14:paraId="638184F2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6. </w:t>
      </w:r>
      <w:r>
        <w:t>Visarjan — Rabindranath Tagore</w:t>
      </w:r>
    </w:p>
    <w:p w14:paraId="7AD62C6D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7. </w:t>
      </w:r>
      <w:r>
        <w:t>Dak Ghar — Rabindranath Tagore</w:t>
      </w:r>
    </w:p>
    <w:p w14:paraId="05733CC0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8. </w:t>
      </w:r>
      <w:r>
        <w:t>Raktakarabi — Rabindranath Tagore</w:t>
      </w:r>
    </w:p>
    <w:p w14:paraId="30EE3BA3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9. </w:t>
      </w:r>
      <w:r>
        <w:t>Raja — Rabindranath Tagore</w:t>
      </w:r>
    </w:p>
    <w:p w14:paraId="3E72A44C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10. </w:t>
      </w:r>
      <w:r>
        <w:t>Muktadhara — Rabindranath Tagore</w:t>
      </w:r>
    </w:p>
    <w:p w14:paraId="4F15C768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11. </w:t>
      </w:r>
      <w:r>
        <w:t>Siraj-ud-Daulah — Girish Chandra Ghosh</w:t>
      </w:r>
    </w:p>
    <w:p w14:paraId="118FCBC8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12. </w:t>
      </w:r>
      <w:r>
        <w:t>Chaitanya Lila — Girish Chandra Ghosh</w:t>
      </w:r>
    </w:p>
    <w:p w14:paraId="548979D1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13. </w:t>
      </w:r>
      <w:r>
        <w:t>Nabanna — Bijon Bhattacharya</w:t>
      </w:r>
    </w:p>
    <w:p w14:paraId="39132FAD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14. </w:t>
      </w:r>
      <w:r>
        <w:t>Tiner Talwar — Utpal Dutt</w:t>
      </w:r>
    </w:p>
    <w:p w14:paraId="3018D724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15. </w:t>
      </w:r>
      <w:r>
        <w:t>Kallol — Utpal Dutt</w:t>
      </w:r>
    </w:p>
    <w:p w14:paraId="44024B02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16. </w:t>
      </w:r>
      <w:r>
        <w:t>Evam Indrajit — Badal Sircar</w:t>
      </w:r>
    </w:p>
    <w:p w14:paraId="270457C8" w14:textId="77777777" w:rsidR="00494502" w:rsidRDefault="0013204B">
      <w:pPr>
        <w:spacing w:after="40"/>
        <w:rPr>
          <w:rFonts w:hint="eastAsia"/>
        </w:rPr>
      </w:pPr>
      <w:r>
        <w:rPr>
          <w:b/>
        </w:rPr>
        <w:t xml:space="preserve">17. </w:t>
      </w:r>
      <w:r>
        <w:t>Pagla Ghoda — Badal Sircar</w:t>
      </w:r>
    </w:p>
    <w:p w14:paraId="6CA85524" w14:textId="77777777" w:rsidR="00494502" w:rsidRDefault="00494502">
      <w:pPr>
        <w:rPr>
          <w:rFonts w:hint="eastAsia"/>
        </w:rPr>
      </w:pPr>
    </w:p>
    <w:p w14:paraId="10D73CD8" w14:textId="1D754A73" w:rsidR="00494502" w:rsidRDefault="0013204B">
      <w:pPr>
        <w:rPr>
          <w:rFonts w:hint="eastAsia"/>
        </w:rPr>
      </w:pPr>
      <w:r>
        <w:rPr>
          <w:b/>
        </w:rPr>
        <w:t>Md I. A Khan</w:t>
      </w:r>
    </w:p>
    <w:sectPr w:rsidR="00494502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1616208">
    <w:abstractNumId w:val="8"/>
  </w:num>
  <w:num w:numId="2" w16cid:durableId="1344168676">
    <w:abstractNumId w:val="6"/>
  </w:num>
  <w:num w:numId="3" w16cid:durableId="1844198221">
    <w:abstractNumId w:val="5"/>
  </w:num>
  <w:num w:numId="4" w16cid:durableId="534774588">
    <w:abstractNumId w:val="4"/>
  </w:num>
  <w:num w:numId="5" w16cid:durableId="783155205">
    <w:abstractNumId w:val="7"/>
  </w:num>
  <w:num w:numId="6" w16cid:durableId="610162914">
    <w:abstractNumId w:val="3"/>
  </w:num>
  <w:num w:numId="7" w16cid:durableId="1147817073">
    <w:abstractNumId w:val="2"/>
  </w:num>
  <w:num w:numId="8" w16cid:durableId="78986548">
    <w:abstractNumId w:val="1"/>
  </w:num>
  <w:num w:numId="9" w16cid:durableId="143847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04B"/>
    <w:rsid w:val="0015074B"/>
    <w:rsid w:val="0029639D"/>
    <w:rsid w:val="00326F90"/>
    <w:rsid w:val="00494502"/>
    <w:rsid w:val="0074758B"/>
    <w:rsid w:val="0078238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DF730"/>
  <w14:defaultImageDpi w14:val="300"/>
  <w15:docId w15:val="{6611E36A-4EA3-FA47-B6B1-F541C3F9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oto Sans" w:hAnsi="Noto San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Khan Chishty</cp:lastModifiedBy>
  <cp:revision>3</cp:revision>
  <dcterms:created xsi:type="dcterms:W3CDTF">2013-12-23T23:15:00Z</dcterms:created>
  <dcterms:modified xsi:type="dcterms:W3CDTF">2026-10-02T14:17:00Z</dcterms:modified>
  <cp:category/>
</cp:coreProperties>
</file>